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2DADD" w14:textId="77777777" w:rsidR="00546153" w:rsidRDefault="00A66654">
      <w:pPr>
        <w:pStyle w:val="Nadpis1"/>
      </w:pPr>
      <w:r>
        <w:t>ŽÁDOST RODIČE O PODÁVÁNÍ LÉKU VE ŠKOLE</w:t>
      </w:r>
    </w:p>
    <w:p w14:paraId="6C230136" w14:textId="77777777" w:rsidR="00546153" w:rsidRDefault="00A66654">
      <w:r>
        <w:t>Já, níže podepsaný/á,</w:t>
      </w:r>
    </w:p>
    <w:p w14:paraId="15F265E9" w14:textId="77777777" w:rsidR="00546153" w:rsidRDefault="00546153"/>
    <w:p w14:paraId="0F3C67B3" w14:textId="77777777" w:rsidR="00546153" w:rsidRDefault="00A66654">
      <w:r>
        <w:t>Jméno a příjmení rodiče (zákonného zástupce): ..................................................</w:t>
      </w:r>
    </w:p>
    <w:p w14:paraId="1B62FF84" w14:textId="77777777" w:rsidR="00546153" w:rsidRDefault="00A66654">
      <w:r>
        <w:t>Bydliště: .............................................................................................................</w:t>
      </w:r>
    </w:p>
    <w:p w14:paraId="3FF13B5A" w14:textId="77777777" w:rsidR="00546153" w:rsidRDefault="00A66654">
      <w:r>
        <w:t>Telefonní kontakt: .............................................................................................</w:t>
      </w:r>
    </w:p>
    <w:p w14:paraId="247EC1B7" w14:textId="77777777" w:rsidR="00546153" w:rsidRDefault="00546153"/>
    <w:p w14:paraId="2DDA510A" w14:textId="77777777" w:rsidR="00546153" w:rsidRDefault="00A66654">
      <w:r>
        <w:t>tímto žádám pedagogický sbor/učitelku .................................................................</w:t>
      </w:r>
    </w:p>
    <w:p w14:paraId="2B63B205" w14:textId="77777777" w:rsidR="00546153" w:rsidRDefault="00A66654">
      <w:r>
        <w:t>o podávání léku mému dítěti:</w:t>
      </w:r>
    </w:p>
    <w:p w14:paraId="2AB124F0" w14:textId="77777777" w:rsidR="00546153" w:rsidRDefault="00546153"/>
    <w:p w14:paraId="68E2CAB9" w14:textId="77777777" w:rsidR="00546153" w:rsidRDefault="00A66654">
      <w:r>
        <w:t>Jméno a příjmení dítěte: ...................................................................................</w:t>
      </w:r>
    </w:p>
    <w:p w14:paraId="5F881C9B" w14:textId="77777777" w:rsidR="00546153" w:rsidRDefault="00A66654">
      <w:r>
        <w:t>Datum narození: ..............................................................................................</w:t>
      </w:r>
    </w:p>
    <w:p w14:paraId="03BE5AC0" w14:textId="77777777" w:rsidR="00546153" w:rsidRDefault="00A66654">
      <w:r>
        <w:t>Třída: ................................................................................................................</w:t>
      </w:r>
    </w:p>
    <w:p w14:paraId="38AC3591" w14:textId="77777777" w:rsidR="00546153" w:rsidRDefault="00546153"/>
    <w:p w14:paraId="418FCFE5" w14:textId="77777777" w:rsidR="00546153" w:rsidRDefault="00A66654">
      <w:r>
        <w:t>Název léku: .........................................................................................................</w:t>
      </w:r>
    </w:p>
    <w:p w14:paraId="45276453" w14:textId="77777777" w:rsidR="00546153" w:rsidRDefault="00A66654">
      <w:r>
        <w:t>Dávkování (množství a přesný čas podání): ....................................................</w:t>
      </w:r>
    </w:p>
    <w:p w14:paraId="13409FB8" w14:textId="77777777" w:rsidR="00546153" w:rsidRDefault="00A66654">
      <w:r>
        <w:t>.................................................................................................................................</w:t>
      </w:r>
    </w:p>
    <w:p w14:paraId="313C07F9" w14:textId="77777777" w:rsidR="00546153" w:rsidRDefault="00A66654">
      <w:r>
        <w:t>Způsob podání: .................................................................................................</w:t>
      </w:r>
    </w:p>
    <w:p w14:paraId="670AA2C9" w14:textId="77777777" w:rsidR="00546153" w:rsidRDefault="00546153"/>
    <w:p w14:paraId="1E13F63A" w14:textId="77777777" w:rsidR="00546153" w:rsidRDefault="00A66654">
      <w:r>
        <w:t>Prohlašuji, že jsem seznámil/a učitelku s nutností a způsobem podávání léku a že podání je nezbytné pro zdraví mého dítěte. Beru na vědomí, že učitelka není zdravotnický pracovník a odpovědnost za léčbu nese zákonný zástupce dítěte.</w:t>
      </w:r>
    </w:p>
    <w:p w14:paraId="7ED9D68C" w14:textId="77777777" w:rsidR="00546153" w:rsidRDefault="00546153"/>
    <w:p w14:paraId="0608C401" w14:textId="77777777" w:rsidR="00546153" w:rsidRDefault="00A66654">
      <w:r>
        <w:t>V případě jakýchkoli komplikací bude neprodleně kontaktován zákonný zástupce na uvedeném telefonním čísle.</w:t>
      </w:r>
    </w:p>
    <w:p w14:paraId="195419AE" w14:textId="77777777" w:rsidR="00546153" w:rsidRDefault="00546153"/>
    <w:p w14:paraId="4A69EE58" w14:textId="77777777" w:rsidR="00546153" w:rsidRDefault="00A66654">
      <w:r>
        <w:t>V ........................................ dne ..............................</w:t>
      </w:r>
    </w:p>
    <w:p w14:paraId="5CE98068" w14:textId="77777777" w:rsidR="00546153" w:rsidRDefault="00546153"/>
    <w:p w14:paraId="04EFF8D7" w14:textId="77777777" w:rsidR="00546153" w:rsidRDefault="00A66654">
      <w:r>
        <w:t>.......................................................</w:t>
      </w:r>
    </w:p>
    <w:p w14:paraId="052A0888" w14:textId="77777777" w:rsidR="00546153" w:rsidRDefault="00A66654">
      <w:r>
        <w:t>Podpis rodiče (zákonného zástupce)</w:t>
      </w:r>
    </w:p>
    <w:sectPr w:rsidR="00546153" w:rsidSect="00A2554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19809227">
    <w:abstractNumId w:val="8"/>
  </w:num>
  <w:num w:numId="2" w16cid:durableId="657270872">
    <w:abstractNumId w:val="6"/>
  </w:num>
  <w:num w:numId="3" w16cid:durableId="328871353">
    <w:abstractNumId w:val="5"/>
  </w:num>
  <w:num w:numId="4" w16cid:durableId="30540737">
    <w:abstractNumId w:val="4"/>
  </w:num>
  <w:num w:numId="5" w16cid:durableId="1209488670">
    <w:abstractNumId w:val="7"/>
  </w:num>
  <w:num w:numId="6" w16cid:durableId="956445917">
    <w:abstractNumId w:val="3"/>
  </w:num>
  <w:num w:numId="7" w16cid:durableId="904340572">
    <w:abstractNumId w:val="2"/>
  </w:num>
  <w:num w:numId="8" w16cid:durableId="1063719170">
    <w:abstractNumId w:val="1"/>
  </w:num>
  <w:num w:numId="9" w16cid:durableId="203418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46153"/>
    <w:rsid w:val="00A25547"/>
    <w:rsid w:val="00A66654"/>
    <w:rsid w:val="00AA1D8D"/>
    <w:rsid w:val="00B47730"/>
    <w:rsid w:val="00CB0664"/>
    <w:rsid w:val="00FC693F"/>
    <w:rsid w:val="00FD6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A9B4D9"/>
  <w14:defaultImageDpi w14:val="300"/>
  <w15:docId w15:val="{D39405A7-9F20-4A1B-9998-907B0FF87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C693F"/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d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1834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